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D357" w14:textId="12940C44" w:rsidR="009442C0" w:rsidRPr="009442C0" w:rsidRDefault="009442C0" w:rsidP="009442C0">
      <w:pPr>
        <w:jc w:val="center"/>
        <w:rPr>
          <w:lang w:val="fr-FR"/>
        </w:rPr>
      </w:pPr>
      <w:r w:rsidRPr="009442C0">
        <w:rPr>
          <w:b/>
          <w:bCs/>
          <w:lang w:val="fr-FR"/>
        </w:rPr>
        <w:t>PRIÈRE UNIVERSELLE POUR LA MESSE DU</w:t>
      </w:r>
      <w:r w:rsidRPr="009442C0">
        <w:rPr>
          <w:b/>
          <w:lang w:val="fr-FR"/>
        </w:rPr>
        <w:br/>
      </w:r>
      <w:r w:rsidRPr="009442C0">
        <w:rPr>
          <w:b/>
          <w:bCs/>
          <w:iCs/>
          <w:lang w:val="fr-FR"/>
        </w:rPr>
        <w:t>JOURNÉE MONDIALE DES MISSIONS</w:t>
      </w:r>
      <w:r w:rsidRPr="009442C0">
        <w:rPr>
          <w:b/>
          <w:bCs/>
          <w:i/>
          <w:iCs/>
          <w:lang w:val="fr-FR"/>
        </w:rPr>
        <w:t> </w:t>
      </w:r>
      <w:r w:rsidRPr="009442C0">
        <w:rPr>
          <w:b/>
          <w:bCs/>
          <w:lang w:val="fr-FR"/>
        </w:rPr>
        <w:t>2026</w:t>
      </w:r>
      <w:r w:rsidRPr="009442C0">
        <w:rPr>
          <w:b/>
          <w:lang w:val="fr-FR"/>
        </w:rPr>
        <w:br/>
      </w:r>
      <w:r w:rsidRPr="009442C0">
        <w:rPr>
          <w:bCs/>
          <w:lang w:val="fr-FR"/>
        </w:rPr>
        <w:t>(18 OCTOBRE 2026)</w:t>
      </w:r>
    </w:p>
    <w:p w14:paraId="2B6088A6" w14:textId="5D5F5CA8" w:rsidR="009442C0" w:rsidRPr="009442C0" w:rsidRDefault="009442C0" w:rsidP="009442C0">
      <w:pPr>
        <w:rPr>
          <w:lang w:val="fr-FR"/>
        </w:rPr>
      </w:pPr>
      <w:r w:rsidRPr="009442C0">
        <w:rPr>
          <w:bCs/>
          <w:lang w:val="fr-FR"/>
        </w:rPr>
        <w:t>Prêtre :</w:t>
      </w:r>
      <w:r w:rsidRPr="009442C0">
        <w:rPr>
          <w:lang w:val="fr-FR"/>
        </w:rPr>
        <w:t xml:space="preserve"> Frères et sœurs, en célébrant le Dimanche mondial des Missions et en rendant grâce à Dieu pour la mission de l'Église dans le monde, prions le Père </w:t>
      </w:r>
      <w:r w:rsidR="005048B8">
        <w:rPr>
          <w:lang w:val="fr-FR"/>
        </w:rPr>
        <w:t>C</w:t>
      </w:r>
      <w:r w:rsidRPr="009442C0">
        <w:rPr>
          <w:lang w:val="fr-FR"/>
        </w:rPr>
        <w:t>éleste afin que tous les chrétiens soient un dans le Christ et unis dans la mission de l'amour et de l'annonce de l'Évangile.</w:t>
      </w:r>
    </w:p>
    <w:p w14:paraId="31670C31" w14:textId="77777777" w:rsidR="009442C0" w:rsidRPr="009442C0" w:rsidRDefault="009442C0" w:rsidP="009442C0">
      <w:r w:rsidRPr="009442C0">
        <w:rPr>
          <w:bCs/>
        </w:rPr>
        <w:t xml:space="preserve">Assemblée </w:t>
      </w:r>
      <w:r w:rsidRPr="005048B8">
        <w:rPr>
          <w:b/>
        </w:rPr>
        <w:t xml:space="preserve">: Seigneur, </w:t>
      </w:r>
      <w:proofErr w:type="spellStart"/>
      <w:r w:rsidRPr="005048B8">
        <w:rPr>
          <w:b/>
        </w:rPr>
        <w:t>écoute</w:t>
      </w:r>
      <w:proofErr w:type="spellEnd"/>
      <w:r w:rsidRPr="005048B8">
        <w:rPr>
          <w:b/>
        </w:rPr>
        <w:t>-nous</w:t>
      </w:r>
      <w:r w:rsidRPr="009442C0">
        <w:t xml:space="preserve"> !</w:t>
      </w:r>
    </w:p>
    <w:p w14:paraId="5ADBE6E2" w14:textId="783A8058" w:rsidR="005048B8" w:rsidRPr="005048B8" w:rsidRDefault="009442C0" w:rsidP="009442C0">
      <w:pPr>
        <w:numPr>
          <w:ilvl w:val="0"/>
          <w:numId w:val="10"/>
        </w:numPr>
      </w:pPr>
      <w:r w:rsidRPr="009442C0">
        <w:rPr>
          <w:lang w:val="fr-FR"/>
        </w:rPr>
        <w:t xml:space="preserve">Prions pour la </w:t>
      </w:r>
      <w:r w:rsidR="005048B8">
        <w:rPr>
          <w:lang w:val="fr-FR"/>
        </w:rPr>
        <w:t>S</w:t>
      </w:r>
      <w:r w:rsidRPr="009442C0">
        <w:rPr>
          <w:lang w:val="fr-FR"/>
        </w:rPr>
        <w:t>ainte Église : que, guidée par l'Esprit Saint, elle grandisse toujours davantage dans l'unité et annonce avec courage l'Évangile du Christ à toutes les nations.</w:t>
      </w:r>
    </w:p>
    <w:p w14:paraId="594B7D01" w14:textId="0105E983" w:rsidR="009442C0" w:rsidRPr="009442C0" w:rsidRDefault="009442C0" w:rsidP="005048B8">
      <w:r w:rsidRPr="009442C0">
        <w:rPr>
          <w:bCs/>
        </w:rPr>
        <w:t>Assemblée :</w:t>
      </w:r>
      <w:r w:rsidRPr="009442C0">
        <w:t xml:space="preserve"> </w:t>
      </w:r>
      <w:r w:rsidRPr="005048B8">
        <w:rPr>
          <w:b/>
          <w:bCs/>
        </w:rPr>
        <w:t xml:space="preserve">Seigneur, </w:t>
      </w:r>
      <w:proofErr w:type="spellStart"/>
      <w:r w:rsidRPr="005048B8">
        <w:rPr>
          <w:b/>
          <w:bCs/>
        </w:rPr>
        <w:t>écoute</w:t>
      </w:r>
      <w:proofErr w:type="spellEnd"/>
      <w:r w:rsidRPr="005048B8">
        <w:rPr>
          <w:b/>
          <w:bCs/>
        </w:rPr>
        <w:t>-nous</w:t>
      </w:r>
      <w:r w:rsidRPr="009442C0">
        <w:t xml:space="preserve"> !</w:t>
      </w:r>
    </w:p>
    <w:p w14:paraId="356F98AD" w14:textId="6B900C0A" w:rsidR="005048B8" w:rsidRPr="005048B8" w:rsidRDefault="009442C0" w:rsidP="009442C0">
      <w:pPr>
        <w:numPr>
          <w:ilvl w:val="0"/>
          <w:numId w:val="10"/>
        </w:numPr>
      </w:pPr>
      <w:r w:rsidRPr="009442C0">
        <w:rPr>
          <w:lang w:val="fr-FR"/>
        </w:rPr>
        <w:t xml:space="preserve">Prions pour le </w:t>
      </w:r>
      <w:r w:rsidR="005048B8">
        <w:rPr>
          <w:lang w:val="fr-FR"/>
        </w:rPr>
        <w:t>P</w:t>
      </w:r>
      <w:r w:rsidRPr="009442C0">
        <w:rPr>
          <w:lang w:val="fr-FR"/>
        </w:rPr>
        <w:t>ape Léon, pour tous les évêques, les prêtres, les religieux et les religieuses, ainsi que pour tous les missionnaires : que le Seigneur fortifie leur zèle et leur accorde la joie de témoigner de l'amour de Dieu, même dans les circonstances les plus difficiles.</w:t>
      </w:r>
    </w:p>
    <w:p w14:paraId="40077AF6" w14:textId="1540FE3D" w:rsidR="009442C0" w:rsidRPr="009442C0" w:rsidRDefault="009442C0" w:rsidP="005048B8">
      <w:r w:rsidRPr="009442C0">
        <w:rPr>
          <w:bCs/>
        </w:rPr>
        <w:t xml:space="preserve">Assemblée </w:t>
      </w:r>
      <w:r w:rsidRPr="005048B8">
        <w:rPr>
          <w:b/>
        </w:rPr>
        <w:t xml:space="preserve">: Seigneur, </w:t>
      </w:r>
      <w:proofErr w:type="spellStart"/>
      <w:r w:rsidRPr="005048B8">
        <w:rPr>
          <w:b/>
        </w:rPr>
        <w:t>écoute</w:t>
      </w:r>
      <w:proofErr w:type="spellEnd"/>
      <w:r w:rsidRPr="005048B8">
        <w:rPr>
          <w:b/>
        </w:rPr>
        <w:t>-nous !</w:t>
      </w:r>
    </w:p>
    <w:p w14:paraId="09A87BC2" w14:textId="77777777" w:rsidR="005048B8" w:rsidRPr="005048B8" w:rsidRDefault="009442C0" w:rsidP="005048B8">
      <w:pPr>
        <w:numPr>
          <w:ilvl w:val="0"/>
          <w:numId w:val="10"/>
        </w:numPr>
      </w:pPr>
      <w:r w:rsidRPr="009442C0">
        <w:rPr>
          <w:lang w:val="fr-FR"/>
        </w:rPr>
        <w:t>Prions pour les communautés chrétiennes du monde entier : qu'elles soient un signe de réconciliation, de fraternité et de paix pour l'humanité, afin que le monde croie au Christ.</w:t>
      </w:r>
    </w:p>
    <w:p w14:paraId="7A0502E9" w14:textId="02A83290" w:rsidR="009442C0" w:rsidRPr="009442C0" w:rsidRDefault="009442C0" w:rsidP="005048B8">
      <w:r w:rsidRPr="005048B8">
        <w:rPr>
          <w:bCs/>
        </w:rPr>
        <w:t xml:space="preserve">Assemblée </w:t>
      </w:r>
      <w:r w:rsidRPr="005048B8">
        <w:rPr>
          <w:b/>
        </w:rPr>
        <w:t xml:space="preserve">: Seigneur, </w:t>
      </w:r>
      <w:proofErr w:type="spellStart"/>
      <w:r w:rsidRPr="005048B8">
        <w:rPr>
          <w:b/>
        </w:rPr>
        <w:t>écoute</w:t>
      </w:r>
      <w:proofErr w:type="spellEnd"/>
      <w:r w:rsidRPr="005048B8">
        <w:rPr>
          <w:b/>
        </w:rPr>
        <w:t>-nous !</w:t>
      </w:r>
    </w:p>
    <w:p w14:paraId="4004F02D" w14:textId="77777777" w:rsidR="005048B8" w:rsidRPr="005048B8" w:rsidRDefault="009442C0" w:rsidP="005048B8">
      <w:pPr>
        <w:numPr>
          <w:ilvl w:val="0"/>
          <w:numId w:val="10"/>
        </w:numPr>
      </w:pPr>
      <w:r w:rsidRPr="009442C0">
        <w:rPr>
          <w:lang w:val="fr-FR"/>
        </w:rPr>
        <w:t>Prions pour les jeunes : que le Seigneur éveille dans leur cœur la générosité et le courage de répondre à l'appel missionnaire pour servir l'Évangile jusqu'aux extrémités de la terre.</w:t>
      </w:r>
    </w:p>
    <w:p w14:paraId="2D4D92CA" w14:textId="700662B0" w:rsidR="009442C0" w:rsidRPr="005048B8" w:rsidRDefault="009442C0" w:rsidP="005048B8">
      <w:pPr>
        <w:rPr>
          <w:b/>
          <w:bCs/>
        </w:rPr>
      </w:pPr>
      <w:r w:rsidRPr="005048B8">
        <w:rPr>
          <w:bCs/>
        </w:rPr>
        <w:t>Assemblée :</w:t>
      </w:r>
      <w:r w:rsidRPr="009442C0">
        <w:t xml:space="preserve"> </w:t>
      </w:r>
      <w:r w:rsidRPr="005048B8">
        <w:rPr>
          <w:b/>
          <w:bCs/>
        </w:rPr>
        <w:t xml:space="preserve">Seigneur, </w:t>
      </w:r>
      <w:proofErr w:type="spellStart"/>
      <w:r w:rsidRPr="005048B8">
        <w:rPr>
          <w:b/>
          <w:bCs/>
        </w:rPr>
        <w:t>écoute</w:t>
      </w:r>
      <w:proofErr w:type="spellEnd"/>
      <w:r w:rsidRPr="005048B8">
        <w:rPr>
          <w:b/>
          <w:bCs/>
        </w:rPr>
        <w:t>-nous !</w:t>
      </w:r>
    </w:p>
    <w:p w14:paraId="3B456708" w14:textId="4B6C6A35" w:rsidR="005048B8" w:rsidRPr="005048B8" w:rsidRDefault="009442C0" w:rsidP="009442C0">
      <w:pPr>
        <w:numPr>
          <w:ilvl w:val="0"/>
          <w:numId w:val="10"/>
        </w:numPr>
      </w:pPr>
      <w:r w:rsidRPr="009442C0">
        <w:rPr>
          <w:lang w:val="fr-FR"/>
        </w:rPr>
        <w:t>Prions pour ceux qui souffrent à cause de la guerre, de la pauvreté, de la persécution et de la solitude : que, grâce à la proximité des chrétiens et aux œuvres de charité, ils fassent l'expérience de la consolation et de l'espérance de Dieu</w:t>
      </w:r>
      <w:r w:rsidR="005048B8">
        <w:rPr>
          <w:lang w:val="fr-FR"/>
        </w:rPr>
        <w:t>.</w:t>
      </w:r>
    </w:p>
    <w:p w14:paraId="140529D3" w14:textId="6242E483" w:rsidR="009442C0" w:rsidRPr="009442C0" w:rsidRDefault="009442C0" w:rsidP="005048B8">
      <w:r w:rsidRPr="009442C0">
        <w:rPr>
          <w:bCs/>
        </w:rPr>
        <w:t>Assemblée :</w:t>
      </w:r>
      <w:r w:rsidRPr="009442C0">
        <w:t xml:space="preserve"> </w:t>
      </w:r>
      <w:r w:rsidRPr="005048B8">
        <w:rPr>
          <w:b/>
          <w:bCs/>
        </w:rPr>
        <w:t xml:space="preserve">Seigneur, </w:t>
      </w:r>
      <w:proofErr w:type="spellStart"/>
      <w:r w:rsidRPr="005048B8">
        <w:rPr>
          <w:b/>
          <w:bCs/>
        </w:rPr>
        <w:t>écoute</w:t>
      </w:r>
      <w:proofErr w:type="spellEnd"/>
      <w:r w:rsidRPr="005048B8">
        <w:rPr>
          <w:b/>
          <w:bCs/>
        </w:rPr>
        <w:t>-nous !</w:t>
      </w:r>
    </w:p>
    <w:p w14:paraId="7DF4CDE3" w14:textId="77777777" w:rsidR="005048B8" w:rsidRPr="005048B8" w:rsidRDefault="009442C0" w:rsidP="009442C0">
      <w:pPr>
        <w:numPr>
          <w:ilvl w:val="0"/>
          <w:numId w:val="10"/>
        </w:numPr>
      </w:pPr>
      <w:r w:rsidRPr="009442C0">
        <w:rPr>
          <w:lang w:val="fr-FR"/>
        </w:rPr>
        <w:t>Prions pour nous tous, rassemblés autour de la table du Seigneur : que nous soyons des témoins vivants de l'Évangile, missionnaires dans nos familles, nos communautés et notre vie quotidienne.</w:t>
      </w:r>
    </w:p>
    <w:p w14:paraId="25224059" w14:textId="5FCE0724" w:rsidR="009442C0" w:rsidRPr="009442C0" w:rsidRDefault="009442C0" w:rsidP="005048B8">
      <w:r w:rsidRPr="009442C0">
        <w:rPr>
          <w:bCs/>
        </w:rPr>
        <w:t>Assemblée :</w:t>
      </w:r>
      <w:r w:rsidRPr="009442C0">
        <w:t xml:space="preserve"> </w:t>
      </w:r>
      <w:r w:rsidRPr="005048B8">
        <w:rPr>
          <w:b/>
          <w:bCs/>
        </w:rPr>
        <w:t xml:space="preserve">Seigneur, </w:t>
      </w:r>
      <w:proofErr w:type="spellStart"/>
      <w:r w:rsidRPr="005048B8">
        <w:rPr>
          <w:b/>
          <w:bCs/>
        </w:rPr>
        <w:t>écoute</w:t>
      </w:r>
      <w:proofErr w:type="spellEnd"/>
      <w:r w:rsidRPr="005048B8">
        <w:rPr>
          <w:b/>
          <w:bCs/>
        </w:rPr>
        <w:t>-nous !</w:t>
      </w:r>
    </w:p>
    <w:p w14:paraId="2E0B4EC1" w14:textId="09CD4FC1" w:rsidR="009442C0" w:rsidRPr="009442C0" w:rsidRDefault="009442C0" w:rsidP="009442C0">
      <w:r w:rsidRPr="009442C0">
        <w:rPr>
          <w:bCs/>
          <w:lang w:val="fr-FR"/>
        </w:rPr>
        <w:t>Prêtre :</w:t>
      </w:r>
      <w:r w:rsidRPr="009442C0">
        <w:rPr>
          <w:lang w:val="fr-FR"/>
        </w:rPr>
        <w:t xml:space="preserve"> Dieu </w:t>
      </w:r>
      <w:r w:rsidR="005048B8">
        <w:rPr>
          <w:lang w:val="fr-FR"/>
        </w:rPr>
        <w:t>N</w:t>
      </w:r>
      <w:r w:rsidRPr="009442C0">
        <w:rPr>
          <w:lang w:val="fr-FR"/>
        </w:rPr>
        <w:t xml:space="preserve">otre Père, </w:t>
      </w:r>
      <w:r w:rsidR="005048B8">
        <w:rPr>
          <w:lang w:val="fr-FR"/>
        </w:rPr>
        <w:t>T</w:t>
      </w:r>
      <w:r w:rsidRPr="009442C0">
        <w:rPr>
          <w:lang w:val="fr-FR"/>
        </w:rPr>
        <w:t xml:space="preserve">u as appelé ton Église à être signe d'unité et de salut pour toutes les nations. Exauce nos prières et aide-nous à demeurer unis dans le Christ et à être des témoins fidèles de l'Évangile dans le monde. </w:t>
      </w:r>
      <w:r w:rsidRPr="009442C0">
        <w:t xml:space="preserve">Par le Christ, </w:t>
      </w:r>
      <w:r w:rsidR="005048B8">
        <w:t>N</w:t>
      </w:r>
      <w:r w:rsidRPr="009442C0">
        <w:t>otre Seigneur.</w:t>
      </w:r>
    </w:p>
    <w:p w14:paraId="02D91357" w14:textId="77777777" w:rsidR="009442C0" w:rsidRPr="009442C0" w:rsidRDefault="009442C0" w:rsidP="009442C0">
      <w:r w:rsidRPr="009442C0">
        <w:rPr>
          <w:bCs/>
        </w:rPr>
        <w:t>Assemblée :</w:t>
      </w:r>
      <w:r w:rsidRPr="005048B8">
        <w:rPr>
          <w:b/>
          <w:bCs/>
        </w:rPr>
        <w:t xml:space="preserve"> Amen.</w:t>
      </w:r>
    </w:p>
    <w:p w14:paraId="23B80DFB" w14:textId="51B646D9" w:rsidR="002F7168" w:rsidRDefault="008F3D8C" w:rsidP="003C0943">
      <w:r w:rsidRPr="008F3D8C">
        <w:rPr>
          <w:lang w:val="it-IT"/>
        </w:rPr>
        <w:br/>
      </w:r>
    </w:p>
    <w:sectPr w:rsidR="002F7168" w:rsidSect="008F3D8C">
      <w:pgSz w:w="12240" w:h="15840"/>
      <w:pgMar w:top="709" w:right="616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E92852"/>
    <w:multiLevelType w:val="multilevel"/>
    <w:tmpl w:val="1EA6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24575">
    <w:abstractNumId w:val="8"/>
  </w:num>
  <w:num w:numId="2" w16cid:durableId="782269245">
    <w:abstractNumId w:val="6"/>
  </w:num>
  <w:num w:numId="3" w16cid:durableId="315843330">
    <w:abstractNumId w:val="5"/>
  </w:num>
  <w:num w:numId="4" w16cid:durableId="2124641878">
    <w:abstractNumId w:val="4"/>
  </w:num>
  <w:num w:numId="5" w16cid:durableId="763453650">
    <w:abstractNumId w:val="7"/>
  </w:num>
  <w:num w:numId="6" w16cid:durableId="1094976352">
    <w:abstractNumId w:val="3"/>
  </w:num>
  <w:num w:numId="7" w16cid:durableId="650137876">
    <w:abstractNumId w:val="2"/>
  </w:num>
  <w:num w:numId="8" w16cid:durableId="1158578156">
    <w:abstractNumId w:val="1"/>
  </w:num>
  <w:num w:numId="9" w16cid:durableId="1141534525">
    <w:abstractNumId w:val="0"/>
  </w:num>
  <w:num w:numId="10" w16cid:durableId="1397238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4DB"/>
    <w:rsid w:val="00140FBC"/>
    <w:rsid w:val="0015074B"/>
    <w:rsid w:val="00227366"/>
    <w:rsid w:val="0029639D"/>
    <w:rsid w:val="002F7168"/>
    <w:rsid w:val="00326F90"/>
    <w:rsid w:val="003C0943"/>
    <w:rsid w:val="005048B8"/>
    <w:rsid w:val="00773157"/>
    <w:rsid w:val="008F3D8C"/>
    <w:rsid w:val="009442C0"/>
    <w:rsid w:val="00A905F3"/>
    <w:rsid w:val="00AA1D8D"/>
    <w:rsid w:val="00B47730"/>
    <w:rsid w:val="00CB0664"/>
    <w:rsid w:val="00E740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4DC76"/>
  <w14:defaultImageDpi w14:val="300"/>
  <w15:docId w15:val="{B88EF770-6341-4133-8CFA-69A09EEE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C87897-0BB1-49DA-B447-686F992E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1827</Characters>
  <Application>Microsoft Office Word</Application>
  <DocSecurity>4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Georges DELRIEU</cp:lastModifiedBy>
  <cp:revision>2</cp:revision>
  <dcterms:created xsi:type="dcterms:W3CDTF">2026-07-07T09:21:00Z</dcterms:created>
  <dcterms:modified xsi:type="dcterms:W3CDTF">2026-07-07T09:21:00Z</dcterms:modified>
  <cp:category/>
</cp:coreProperties>
</file>