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C2651" w14:textId="18B09A4D" w:rsidR="00140FBC" w:rsidRPr="00A905F3" w:rsidRDefault="00A905F3" w:rsidP="00A905F3">
      <w:pPr>
        <w:jc w:val="center"/>
        <w:rPr>
          <w:b/>
          <w:lang w:val="it-IT"/>
        </w:rPr>
      </w:pPr>
      <w:bookmarkStart w:id="0" w:name="_GoBack"/>
      <w:r w:rsidRPr="00A905F3">
        <w:rPr>
          <w:b/>
          <w:lang w:val="it-IT"/>
        </w:rPr>
        <w:t xml:space="preserve">PREGHIERA </w:t>
      </w:r>
      <w:r w:rsidR="009E64DD">
        <w:rPr>
          <w:b/>
          <w:lang w:val="it-IT"/>
        </w:rPr>
        <w:t>DEI FEDELI</w:t>
      </w:r>
      <w:r>
        <w:rPr>
          <w:b/>
          <w:lang w:val="it-IT"/>
        </w:rPr>
        <w:t xml:space="preserve"> </w:t>
      </w:r>
      <w:r w:rsidRPr="00A905F3">
        <w:rPr>
          <w:b/>
          <w:lang w:val="it-IT"/>
        </w:rPr>
        <w:t>PER LA SANTA MESSA DELLA</w:t>
      </w:r>
      <w:r>
        <w:rPr>
          <w:b/>
          <w:lang w:val="it-IT"/>
        </w:rPr>
        <w:br/>
      </w:r>
      <w:r w:rsidRPr="00A905F3">
        <w:rPr>
          <w:b/>
          <w:lang w:val="it-IT"/>
        </w:rPr>
        <w:t xml:space="preserve"> </w:t>
      </w:r>
      <w:r>
        <w:rPr>
          <w:b/>
          <w:lang w:val="it-IT"/>
        </w:rPr>
        <w:t>G</w:t>
      </w:r>
      <w:r w:rsidRPr="00A905F3">
        <w:rPr>
          <w:b/>
          <w:lang w:val="it-IT"/>
        </w:rPr>
        <w:t>IORNATA MISSIONARIA MONDIALE 2026</w:t>
      </w:r>
      <w:r w:rsidRPr="00A905F3">
        <w:rPr>
          <w:b/>
          <w:lang w:val="it-IT"/>
        </w:rPr>
        <w:br/>
        <w:t>(18/10/2026)</w:t>
      </w:r>
    </w:p>
    <w:bookmarkEnd w:id="0"/>
    <w:p w14:paraId="2B71AF5D" w14:textId="77777777" w:rsidR="00140FBC" w:rsidRDefault="00140FBC" w:rsidP="003C0943">
      <w:pPr>
        <w:rPr>
          <w:lang w:val="it-IT"/>
        </w:rPr>
      </w:pPr>
    </w:p>
    <w:p w14:paraId="23B80DFB" w14:textId="4A6BFA64" w:rsidR="002F7168" w:rsidRDefault="008F3D8C" w:rsidP="003C0943">
      <w:proofErr w:type="spellStart"/>
      <w:r w:rsidRPr="008F3D8C">
        <w:rPr>
          <w:lang w:val="it-IT"/>
        </w:rPr>
        <w:t>Sac</w:t>
      </w:r>
      <w:proofErr w:type="spellEnd"/>
      <w:r w:rsidRPr="008F3D8C">
        <w:rPr>
          <w:lang w:val="it-IT"/>
        </w:rPr>
        <w:t>.: Fratelli e sorelle, celebrando la Giornata Missionaria Mondiale e ringraziando Dio per la missione della Chiesa nel mondo, preghiamo il Padre celeste affinché tutti i cristiani siano una cosa sola in Cristo e uniti nella missione dell’amore e dell’annuncio del Vangelo.</w:t>
      </w:r>
      <w:r w:rsidRPr="008F3D8C">
        <w:rPr>
          <w:lang w:val="it-IT"/>
        </w:rPr>
        <w:br/>
      </w:r>
      <w:r w:rsidRPr="008F3D8C">
        <w:rPr>
          <w:lang w:val="it-IT"/>
        </w:rPr>
        <w:br/>
        <w:t>Rispondiamo alle intenzioni: Ti preghiamo, ascoltaci Signore!</w:t>
      </w:r>
      <w:r w:rsidRPr="008F3D8C">
        <w:rPr>
          <w:lang w:val="it-IT"/>
        </w:rPr>
        <w:br/>
      </w:r>
      <w:r w:rsidRPr="008F3D8C">
        <w:rPr>
          <w:lang w:val="it-IT"/>
        </w:rPr>
        <w:br/>
        <w:t>1. Preghiamo per la santa Chiesa, affinché, guidata dallo Spirito Santo, cresca sempre più nell’unità e annunci con coraggio il Vangelo di Cristo a tutte le nazioni.</w:t>
      </w:r>
      <w:r w:rsidRPr="008F3D8C">
        <w:rPr>
          <w:lang w:val="it-IT"/>
        </w:rPr>
        <w:br/>
        <w:t>Tutti: Ti preghiamo, ascoltaci Signore!</w:t>
      </w:r>
      <w:r w:rsidRPr="008F3D8C">
        <w:rPr>
          <w:lang w:val="it-IT"/>
        </w:rPr>
        <w:br/>
      </w:r>
      <w:r w:rsidRPr="008F3D8C">
        <w:rPr>
          <w:lang w:val="it-IT"/>
        </w:rPr>
        <w:br/>
        <w:t>2. Preghiamo per Papa Leone, per tutti i vescovi, i sacerdoti, i religiosi e le religiose e per tutti i missionari, affinché il Signore rafforzi il loro zelo e conceda loro la gioia di testimoniare l’amore di Dio anche nelle situazioni più difficili.</w:t>
      </w:r>
      <w:r w:rsidRPr="008F3D8C">
        <w:rPr>
          <w:lang w:val="it-IT"/>
        </w:rPr>
        <w:br/>
        <w:t>Tutti: Ti preghiamo, ascoltaci Signore!</w:t>
      </w:r>
      <w:r w:rsidRPr="008F3D8C">
        <w:rPr>
          <w:lang w:val="it-IT"/>
        </w:rPr>
        <w:br/>
      </w:r>
      <w:r w:rsidRPr="008F3D8C">
        <w:rPr>
          <w:lang w:val="it-IT"/>
        </w:rPr>
        <w:br/>
        <w:t>3. Preghiamo per le comunità cristiane di tutto il mondo, affinché siano segno di riconciliazione, fraternità e pace per l’umanità, perché il mondo creda in Cristo.</w:t>
      </w:r>
      <w:r w:rsidRPr="008F3D8C">
        <w:rPr>
          <w:lang w:val="it-IT"/>
        </w:rPr>
        <w:br/>
        <w:t>Tutti: Ti preghiamo, ascoltaci Signore!</w:t>
      </w:r>
      <w:r w:rsidRPr="008F3D8C">
        <w:rPr>
          <w:lang w:val="it-IT"/>
        </w:rPr>
        <w:br/>
      </w:r>
      <w:r w:rsidRPr="008F3D8C">
        <w:rPr>
          <w:lang w:val="it-IT"/>
        </w:rPr>
        <w:br/>
        <w:t>4. Preghiamo per i giovani, affinché il Signore risvegli nei loro cuori generosità e coraggio nel rispondere alla chiamata missionaria a servire il Vangelo fino agli estremi confini della terra.</w:t>
      </w:r>
      <w:r w:rsidRPr="008F3D8C">
        <w:rPr>
          <w:lang w:val="it-IT"/>
        </w:rPr>
        <w:br/>
        <w:t>Tutti: Ti preghiamo, ascoltaci Signore!</w:t>
      </w:r>
      <w:r w:rsidRPr="008F3D8C">
        <w:rPr>
          <w:lang w:val="it-IT"/>
        </w:rPr>
        <w:br/>
      </w:r>
      <w:r w:rsidRPr="008F3D8C">
        <w:rPr>
          <w:lang w:val="it-IT"/>
        </w:rPr>
        <w:br/>
        <w:t>5. Preghiamo per coloro che soffrono a causa della guerra, della povertà, delle persecuzioni e della solitudine, affinché attraverso la vicinanza dei cristiani e le opere di carità sperimentino la consolazione e la speranza di Dio.</w:t>
      </w:r>
      <w:r w:rsidRPr="008F3D8C">
        <w:rPr>
          <w:lang w:val="it-IT"/>
        </w:rPr>
        <w:br/>
        <w:t>Tutti: Ti preghiamo, ascoltaci Signore!</w:t>
      </w:r>
      <w:r w:rsidRPr="008F3D8C">
        <w:rPr>
          <w:lang w:val="it-IT"/>
        </w:rPr>
        <w:br/>
      </w:r>
      <w:r w:rsidRPr="008F3D8C">
        <w:rPr>
          <w:lang w:val="it-IT"/>
        </w:rPr>
        <w:br/>
        <w:t>6. Preghiamo per tutti noi, riuniti attorno alla mensa del Signore, affinché siamo vivi testimoni del Vangelo – missionari nelle nostre famiglie, comunità e nella vita quotidiana.</w:t>
      </w:r>
      <w:r w:rsidRPr="008F3D8C">
        <w:rPr>
          <w:lang w:val="it-IT"/>
        </w:rPr>
        <w:br/>
        <w:t>Tutti: Ti preghiamo, ascoltaci Signore!</w:t>
      </w:r>
      <w:r w:rsidRPr="008F3D8C">
        <w:rPr>
          <w:lang w:val="it-IT"/>
        </w:rPr>
        <w:br/>
      </w:r>
      <w:r w:rsidRPr="008F3D8C">
        <w:rPr>
          <w:lang w:val="it-IT"/>
        </w:rPr>
        <w:br/>
      </w:r>
      <w:proofErr w:type="spellStart"/>
      <w:r w:rsidRPr="008F3D8C">
        <w:rPr>
          <w:lang w:val="it-IT"/>
        </w:rPr>
        <w:t>Sac</w:t>
      </w:r>
      <w:proofErr w:type="spellEnd"/>
      <w:r w:rsidRPr="008F3D8C">
        <w:rPr>
          <w:lang w:val="it-IT"/>
        </w:rPr>
        <w:t>.: Dio, nostro Padre, Tu hai chiamato la tua Chiesa a essere segno di unità e di salvezza per tutte le nazioni. Ascolta le nostre preghiere e aiutaci a essere uniti in Cristo e fedeli testimoni del Vangelo nel mondo. Per Cristo nostro Signore.</w:t>
      </w:r>
      <w:r w:rsidRPr="008F3D8C">
        <w:rPr>
          <w:lang w:val="it-IT"/>
        </w:rPr>
        <w:br/>
        <w:t>Tutti: Amen.</w:t>
      </w:r>
      <w:r w:rsidRPr="008F3D8C">
        <w:rPr>
          <w:lang w:val="it-IT"/>
        </w:rPr>
        <w:br/>
      </w:r>
      <w:r w:rsidRPr="008F3D8C">
        <w:rPr>
          <w:lang w:val="it-IT"/>
        </w:rPr>
        <w:br/>
      </w:r>
    </w:p>
    <w:sectPr w:rsidR="002F7168" w:rsidSect="008F3D8C">
      <w:pgSz w:w="12240" w:h="15840"/>
      <w:pgMar w:top="709" w:right="616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0FBC"/>
    <w:rsid w:val="0015074B"/>
    <w:rsid w:val="00227366"/>
    <w:rsid w:val="0029639D"/>
    <w:rsid w:val="002F7168"/>
    <w:rsid w:val="00326F90"/>
    <w:rsid w:val="003C0943"/>
    <w:rsid w:val="0041665F"/>
    <w:rsid w:val="008F3D8C"/>
    <w:rsid w:val="009E64DD"/>
    <w:rsid w:val="00A905F3"/>
    <w:rsid w:val="00AA1D8D"/>
    <w:rsid w:val="00B47730"/>
    <w:rsid w:val="00CB0664"/>
    <w:rsid w:val="00E740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4DC76"/>
  <w14:defaultImageDpi w14:val="300"/>
  <w15:docId w15:val="{B88EF770-6341-4133-8CFA-69A09EEE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E2A2C6-FF94-4974-B6B3-436A3D1D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2129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Simona Leonardi</cp:lastModifiedBy>
  <cp:revision>6</cp:revision>
  <dcterms:created xsi:type="dcterms:W3CDTF">2026-07-07T07:51:00Z</dcterms:created>
  <dcterms:modified xsi:type="dcterms:W3CDTF">2026-07-13T07:04:00Z</dcterms:modified>
  <cp:category/>
</cp:coreProperties>
</file>