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E7C69" w14:textId="6FBC803B" w:rsidR="00EA62EE" w:rsidRPr="00EA62EE" w:rsidRDefault="00EA62EE" w:rsidP="00EA62EE">
      <w:pPr>
        <w:jc w:val="center"/>
        <w:rPr>
          <w:b/>
          <w:lang w:val="pt-PT"/>
        </w:rPr>
      </w:pPr>
      <w:r w:rsidRPr="00EA62EE">
        <w:rPr>
          <w:b/>
          <w:bCs/>
          <w:lang w:val="pt-PT"/>
        </w:rPr>
        <w:t xml:space="preserve">ORAÇÃO UNIVERSAL </w:t>
      </w:r>
      <w:r w:rsidRPr="00EA62EE">
        <w:rPr>
          <w:b/>
          <w:bCs/>
          <w:lang w:val="pt-PT"/>
        </w:rPr>
        <w:t>PARA A SANTA MISSA</w:t>
      </w:r>
      <w:r w:rsidRPr="00EA62EE">
        <w:rPr>
          <w:b/>
          <w:bCs/>
          <w:lang w:val="pt-PT"/>
        </w:rPr>
        <w:t xml:space="preserve"> </w:t>
      </w:r>
      <w:r w:rsidRPr="00EA62EE">
        <w:rPr>
          <w:b/>
          <w:bCs/>
          <w:lang w:val="pt-PT"/>
        </w:rPr>
        <w:t>DO</w:t>
      </w:r>
      <w:r w:rsidRPr="00EA62EE">
        <w:rPr>
          <w:b/>
          <w:lang w:val="pt-PT"/>
        </w:rPr>
        <w:br/>
      </w:r>
      <w:r w:rsidRPr="00EA62EE">
        <w:rPr>
          <w:b/>
          <w:bCs/>
          <w:lang w:val="pt-PT"/>
        </w:rPr>
        <w:t>DIA MUNDIAL DAS MISSÕES 2026</w:t>
      </w:r>
      <w:r w:rsidRPr="00EA62EE">
        <w:rPr>
          <w:b/>
          <w:lang w:val="pt-PT"/>
        </w:rPr>
        <w:br/>
      </w:r>
      <w:r w:rsidRPr="00EA62EE">
        <w:rPr>
          <w:b/>
          <w:bCs/>
          <w:lang w:val="pt-PT"/>
        </w:rPr>
        <w:t xml:space="preserve"> (18 DE OUTUBRO DE 2026)</w:t>
      </w:r>
    </w:p>
    <w:p w14:paraId="4CA7D289" w14:textId="77777777" w:rsidR="00EA62EE" w:rsidRPr="00EA62EE" w:rsidRDefault="00EA62EE" w:rsidP="00EA62EE">
      <w:pPr>
        <w:rPr>
          <w:lang w:val="pt-PT"/>
        </w:rPr>
      </w:pPr>
      <w:r w:rsidRPr="00EA62EE">
        <w:rPr>
          <w:bCs/>
          <w:lang w:val="pt-PT"/>
        </w:rPr>
        <w:t>Sacerdote:</w:t>
      </w:r>
      <w:r w:rsidRPr="00EA62EE">
        <w:rPr>
          <w:lang w:val="pt-PT"/>
        </w:rPr>
        <w:t xml:space="preserve"> Irmãos e irmãs, ao celebrarmos o Dia Mundial das Missões e darmos graças a Deus pela missão da Igreja no mundo, </w:t>
      </w:r>
      <w:proofErr w:type="gramStart"/>
      <w:r w:rsidRPr="00EA62EE">
        <w:rPr>
          <w:lang w:val="pt-PT"/>
        </w:rPr>
        <w:t>rezemos</w:t>
      </w:r>
      <w:proofErr w:type="gramEnd"/>
      <w:r w:rsidRPr="00EA62EE">
        <w:rPr>
          <w:lang w:val="pt-PT"/>
        </w:rPr>
        <w:t xml:space="preserve"> ao Pai celeste para que todos os cristãos sejam um em Cristo e permaneçam unidos na missão do amor e do anúncio do Evangelho.</w:t>
      </w:r>
    </w:p>
    <w:p w14:paraId="5D44BE7D" w14:textId="77777777" w:rsidR="00EA62EE" w:rsidRPr="00EA62EE" w:rsidRDefault="00EA62EE" w:rsidP="00EA62EE">
      <w:pPr>
        <w:rPr>
          <w:lang w:val="pt-PT"/>
        </w:rPr>
      </w:pPr>
      <w:r w:rsidRPr="00EA62EE">
        <w:rPr>
          <w:bCs/>
          <w:lang w:val="pt-PT"/>
        </w:rPr>
        <w:t>Resposta:</w:t>
      </w:r>
      <w:r w:rsidRPr="00EA62EE">
        <w:rPr>
          <w:lang w:val="pt-PT"/>
        </w:rPr>
        <w:t xml:space="preserve"> Senhor</w:t>
      </w:r>
      <w:proofErr w:type="gramStart"/>
      <w:r w:rsidRPr="00EA62EE">
        <w:rPr>
          <w:lang w:val="pt-PT"/>
        </w:rPr>
        <w:t>,</w:t>
      </w:r>
      <w:proofErr w:type="gramEnd"/>
      <w:r w:rsidRPr="00EA62EE">
        <w:rPr>
          <w:lang w:val="pt-PT"/>
        </w:rPr>
        <w:t xml:space="preserve"> ouvi a nossa oração!</w:t>
      </w:r>
      <w:bookmarkStart w:id="0" w:name="_GoBack"/>
      <w:bookmarkEnd w:id="0"/>
    </w:p>
    <w:p w14:paraId="314CB0C1" w14:textId="77777777" w:rsidR="00EA62EE" w:rsidRPr="00EA62EE" w:rsidRDefault="00EA62EE" w:rsidP="00EA62EE">
      <w:pPr>
        <w:numPr>
          <w:ilvl w:val="0"/>
          <w:numId w:val="10"/>
        </w:numPr>
      </w:pPr>
      <w:r w:rsidRPr="00EA62EE">
        <w:rPr>
          <w:lang w:val="pt-PT"/>
        </w:rPr>
        <w:t>Rezemos pela santa Igreja, para que, guiada pelo Espírito Santo, cresça cada vez mais na unidade e anuncie corajosamente o Evangelho de Cristo a todos os povos.</w:t>
      </w:r>
      <w:r w:rsidRPr="00EA62EE">
        <w:rPr>
          <w:lang w:val="pt-PT"/>
        </w:rPr>
        <w:br/>
      </w:r>
      <w:proofErr w:type="spellStart"/>
      <w:r w:rsidRPr="00EA62EE">
        <w:rPr>
          <w:bCs/>
        </w:rPr>
        <w:t>Resposta</w:t>
      </w:r>
      <w:proofErr w:type="spellEnd"/>
      <w:r w:rsidRPr="00EA62EE">
        <w:rPr>
          <w:bCs/>
        </w:rPr>
        <w:t>:</w:t>
      </w:r>
      <w:r w:rsidRPr="00EA62EE">
        <w:t xml:space="preserve"> </w:t>
      </w:r>
      <w:proofErr w:type="spellStart"/>
      <w:r w:rsidRPr="00EA62EE">
        <w:t>Senhor</w:t>
      </w:r>
      <w:proofErr w:type="spellEnd"/>
      <w:r w:rsidRPr="00EA62EE">
        <w:t xml:space="preserve">, </w:t>
      </w:r>
      <w:proofErr w:type="spellStart"/>
      <w:r w:rsidRPr="00EA62EE">
        <w:t>ouvi</w:t>
      </w:r>
      <w:proofErr w:type="spellEnd"/>
      <w:r w:rsidRPr="00EA62EE">
        <w:t xml:space="preserve"> a </w:t>
      </w:r>
      <w:proofErr w:type="spellStart"/>
      <w:r w:rsidRPr="00EA62EE">
        <w:t>nossa</w:t>
      </w:r>
      <w:proofErr w:type="spellEnd"/>
      <w:r w:rsidRPr="00EA62EE">
        <w:t xml:space="preserve"> </w:t>
      </w:r>
      <w:proofErr w:type="spellStart"/>
      <w:r w:rsidRPr="00EA62EE">
        <w:t>oração</w:t>
      </w:r>
      <w:proofErr w:type="spellEnd"/>
      <w:r w:rsidRPr="00EA62EE">
        <w:t>!</w:t>
      </w:r>
    </w:p>
    <w:p w14:paraId="6625B2CE" w14:textId="77777777" w:rsidR="00EA62EE" w:rsidRPr="00EA62EE" w:rsidRDefault="00EA62EE" w:rsidP="00EA62EE">
      <w:pPr>
        <w:numPr>
          <w:ilvl w:val="0"/>
          <w:numId w:val="10"/>
        </w:numPr>
      </w:pPr>
      <w:r w:rsidRPr="00EA62EE">
        <w:rPr>
          <w:lang w:val="pt-PT"/>
        </w:rPr>
        <w:t>Rezemos pelo Papa Leão, por todos os bispos, sacerdotes, religiosos e religiosas, e por todos os missionários, para que o Senhor fortaleça o seu zelo missionário e lhes conceda a alegria de testemunhar o amor de Deus mesmo nas circunstâncias mais difíceis.</w:t>
      </w:r>
      <w:r w:rsidRPr="00EA62EE">
        <w:rPr>
          <w:lang w:val="pt-PT"/>
        </w:rPr>
        <w:br/>
      </w:r>
      <w:proofErr w:type="spellStart"/>
      <w:r w:rsidRPr="00EA62EE">
        <w:rPr>
          <w:bCs/>
        </w:rPr>
        <w:t>Resposta</w:t>
      </w:r>
      <w:proofErr w:type="spellEnd"/>
      <w:r w:rsidRPr="00EA62EE">
        <w:rPr>
          <w:bCs/>
        </w:rPr>
        <w:t>:</w:t>
      </w:r>
      <w:r w:rsidRPr="00EA62EE">
        <w:t xml:space="preserve"> </w:t>
      </w:r>
      <w:proofErr w:type="spellStart"/>
      <w:r w:rsidRPr="00EA62EE">
        <w:t>Senhor</w:t>
      </w:r>
      <w:proofErr w:type="spellEnd"/>
      <w:r w:rsidRPr="00EA62EE">
        <w:t xml:space="preserve">, </w:t>
      </w:r>
      <w:proofErr w:type="spellStart"/>
      <w:r w:rsidRPr="00EA62EE">
        <w:t>ouvi</w:t>
      </w:r>
      <w:proofErr w:type="spellEnd"/>
      <w:r w:rsidRPr="00EA62EE">
        <w:t xml:space="preserve"> a </w:t>
      </w:r>
      <w:proofErr w:type="spellStart"/>
      <w:r w:rsidRPr="00EA62EE">
        <w:t>nossa</w:t>
      </w:r>
      <w:proofErr w:type="spellEnd"/>
      <w:r w:rsidRPr="00EA62EE">
        <w:t xml:space="preserve"> </w:t>
      </w:r>
      <w:proofErr w:type="spellStart"/>
      <w:r w:rsidRPr="00EA62EE">
        <w:t>oração</w:t>
      </w:r>
      <w:proofErr w:type="spellEnd"/>
      <w:r w:rsidRPr="00EA62EE">
        <w:t>!</w:t>
      </w:r>
    </w:p>
    <w:p w14:paraId="4F4968BE" w14:textId="77777777" w:rsidR="00EA62EE" w:rsidRPr="00EA62EE" w:rsidRDefault="00EA62EE" w:rsidP="00EA62EE">
      <w:pPr>
        <w:numPr>
          <w:ilvl w:val="0"/>
          <w:numId w:val="10"/>
        </w:numPr>
      </w:pPr>
      <w:r w:rsidRPr="00EA62EE">
        <w:rPr>
          <w:lang w:val="pt-PT"/>
        </w:rPr>
        <w:t>Rezemos pelas comunidades cristãs de todo o mundo, para que sejam sinal de reconciliação, fraternidade e paz para a humanidade, a fim de que o mundo creia em Cristo.</w:t>
      </w:r>
      <w:r w:rsidRPr="00EA62EE">
        <w:rPr>
          <w:lang w:val="pt-PT"/>
        </w:rPr>
        <w:br/>
      </w:r>
      <w:proofErr w:type="spellStart"/>
      <w:r w:rsidRPr="00EA62EE">
        <w:rPr>
          <w:bCs/>
        </w:rPr>
        <w:t>Resposta</w:t>
      </w:r>
      <w:proofErr w:type="spellEnd"/>
      <w:r w:rsidRPr="00EA62EE">
        <w:rPr>
          <w:bCs/>
        </w:rPr>
        <w:t>:</w:t>
      </w:r>
      <w:r w:rsidRPr="00EA62EE">
        <w:t xml:space="preserve"> </w:t>
      </w:r>
      <w:proofErr w:type="spellStart"/>
      <w:r w:rsidRPr="00EA62EE">
        <w:t>Senhor</w:t>
      </w:r>
      <w:proofErr w:type="spellEnd"/>
      <w:r w:rsidRPr="00EA62EE">
        <w:t xml:space="preserve">, </w:t>
      </w:r>
      <w:proofErr w:type="spellStart"/>
      <w:r w:rsidRPr="00EA62EE">
        <w:t>ouvi</w:t>
      </w:r>
      <w:proofErr w:type="spellEnd"/>
      <w:r w:rsidRPr="00EA62EE">
        <w:t xml:space="preserve"> a </w:t>
      </w:r>
      <w:proofErr w:type="spellStart"/>
      <w:r w:rsidRPr="00EA62EE">
        <w:t>nossa</w:t>
      </w:r>
      <w:proofErr w:type="spellEnd"/>
      <w:r w:rsidRPr="00EA62EE">
        <w:t xml:space="preserve"> </w:t>
      </w:r>
      <w:proofErr w:type="spellStart"/>
      <w:r w:rsidRPr="00EA62EE">
        <w:t>oração</w:t>
      </w:r>
      <w:proofErr w:type="spellEnd"/>
      <w:r w:rsidRPr="00EA62EE">
        <w:t>!</w:t>
      </w:r>
    </w:p>
    <w:p w14:paraId="4E442E0B" w14:textId="77777777" w:rsidR="00EA62EE" w:rsidRPr="00EA62EE" w:rsidRDefault="00EA62EE" w:rsidP="00EA62EE">
      <w:pPr>
        <w:numPr>
          <w:ilvl w:val="0"/>
          <w:numId w:val="10"/>
        </w:numPr>
      </w:pPr>
      <w:r w:rsidRPr="00EA62EE">
        <w:rPr>
          <w:lang w:val="pt-PT"/>
        </w:rPr>
        <w:t>Rezemos pelos jovens, para que o Senhor desperte nos seus corações a generosidade e a coragem de responder ao chamamento missionário para servir o Evangelho até aos confins da terra.</w:t>
      </w:r>
      <w:r w:rsidRPr="00EA62EE">
        <w:rPr>
          <w:lang w:val="pt-PT"/>
        </w:rPr>
        <w:br/>
      </w:r>
      <w:proofErr w:type="spellStart"/>
      <w:r w:rsidRPr="00EA62EE">
        <w:rPr>
          <w:bCs/>
        </w:rPr>
        <w:t>Resposta</w:t>
      </w:r>
      <w:proofErr w:type="spellEnd"/>
      <w:r w:rsidRPr="00EA62EE">
        <w:rPr>
          <w:bCs/>
        </w:rPr>
        <w:t>:</w:t>
      </w:r>
      <w:r w:rsidRPr="00EA62EE">
        <w:t xml:space="preserve"> </w:t>
      </w:r>
      <w:proofErr w:type="spellStart"/>
      <w:r w:rsidRPr="00EA62EE">
        <w:t>Senhor</w:t>
      </w:r>
      <w:proofErr w:type="spellEnd"/>
      <w:r w:rsidRPr="00EA62EE">
        <w:t xml:space="preserve">, </w:t>
      </w:r>
      <w:proofErr w:type="spellStart"/>
      <w:r w:rsidRPr="00EA62EE">
        <w:t>ouvi</w:t>
      </w:r>
      <w:proofErr w:type="spellEnd"/>
      <w:r w:rsidRPr="00EA62EE">
        <w:t xml:space="preserve"> a </w:t>
      </w:r>
      <w:proofErr w:type="spellStart"/>
      <w:r w:rsidRPr="00EA62EE">
        <w:t>nossa</w:t>
      </w:r>
      <w:proofErr w:type="spellEnd"/>
      <w:r w:rsidRPr="00EA62EE">
        <w:t xml:space="preserve"> </w:t>
      </w:r>
      <w:proofErr w:type="spellStart"/>
      <w:r w:rsidRPr="00EA62EE">
        <w:t>oração</w:t>
      </w:r>
      <w:proofErr w:type="spellEnd"/>
      <w:r w:rsidRPr="00EA62EE">
        <w:t>!</w:t>
      </w:r>
    </w:p>
    <w:p w14:paraId="28A740DA" w14:textId="77777777" w:rsidR="00EA62EE" w:rsidRPr="00EA62EE" w:rsidRDefault="00EA62EE" w:rsidP="00EA62EE">
      <w:pPr>
        <w:numPr>
          <w:ilvl w:val="0"/>
          <w:numId w:val="10"/>
        </w:numPr>
      </w:pPr>
      <w:r w:rsidRPr="00EA62EE">
        <w:rPr>
          <w:lang w:val="pt-PT"/>
        </w:rPr>
        <w:t>Rezemos por todos aqueles que sofrem por causa da guerra, da pobreza, da perseguição e da solidão, para que, através da proximidade dos cristãos e das obras de caridade, experimentem a consolação e a esperança de Deus.</w:t>
      </w:r>
      <w:r w:rsidRPr="00EA62EE">
        <w:rPr>
          <w:lang w:val="pt-PT"/>
        </w:rPr>
        <w:br/>
      </w:r>
      <w:proofErr w:type="spellStart"/>
      <w:r w:rsidRPr="00EA62EE">
        <w:rPr>
          <w:bCs/>
        </w:rPr>
        <w:t>Resposta</w:t>
      </w:r>
      <w:proofErr w:type="spellEnd"/>
      <w:r w:rsidRPr="00EA62EE">
        <w:rPr>
          <w:bCs/>
        </w:rPr>
        <w:t>:</w:t>
      </w:r>
      <w:r w:rsidRPr="00EA62EE">
        <w:t xml:space="preserve"> </w:t>
      </w:r>
      <w:proofErr w:type="spellStart"/>
      <w:r w:rsidRPr="00EA62EE">
        <w:t>Senhor</w:t>
      </w:r>
      <w:proofErr w:type="spellEnd"/>
      <w:r w:rsidRPr="00EA62EE">
        <w:t xml:space="preserve">, </w:t>
      </w:r>
      <w:proofErr w:type="spellStart"/>
      <w:r w:rsidRPr="00EA62EE">
        <w:t>ouvi</w:t>
      </w:r>
      <w:proofErr w:type="spellEnd"/>
      <w:r w:rsidRPr="00EA62EE">
        <w:t xml:space="preserve"> a </w:t>
      </w:r>
      <w:proofErr w:type="spellStart"/>
      <w:r w:rsidRPr="00EA62EE">
        <w:t>nossa</w:t>
      </w:r>
      <w:proofErr w:type="spellEnd"/>
      <w:r w:rsidRPr="00EA62EE">
        <w:t xml:space="preserve"> </w:t>
      </w:r>
      <w:proofErr w:type="spellStart"/>
      <w:r w:rsidRPr="00EA62EE">
        <w:t>oração</w:t>
      </w:r>
      <w:proofErr w:type="spellEnd"/>
      <w:r w:rsidRPr="00EA62EE">
        <w:t>!</w:t>
      </w:r>
    </w:p>
    <w:p w14:paraId="336FB167" w14:textId="77777777" w:rsidR="00EA62EE" w:rsidRPr="00EA62EE" w:rsidRDefault="00EA62EE" w:rsidP="00EA62EE">
      <w:pPr>
        <w:numPr>
          <w:ilvl w:val="0"/>
          <w:numId w:val="10"/>
        </w:numPr>
      </w:pPr>
      <w:r w:rsidRPr="00EA62EE">
        <w:rPr>
          <w:lang w:val="pt-PT"/>
        </w:rPr>
        <w:t>Rezemos por todos nós, reunidos à mesa do Senhor, para que sejamos testemunhas vivas do Evangelho, missionários nas nossas famílias, comunidades e na vida de cada dia.</w:t>
      </w:r>
      <w:r w:rsidRPr="00EA62EE">
        <w:rPr>
          <w:lang w:val="pt-PT"/>
        </w:rPr>
        <w:br/>
      </w:r>
      <w:proofErr w:type="spellStart"/>
      <w:r w:rsidRPr="00EA62EE">
        <w:rPr>
          <w:bCs/>
        </w:rPr>
        <w:t>Resposta</w:t>
      </w:r>
      <w:proofErr w:type="spellEnd"/>
      <w:r w:rsidRPr="00EA62EE">
        <w:rPr>
          <w:bCs/>
        </w:rPr>
        <w:t>:</w:t>
      </w:r>
      <w:r w:rsidRPr="00EA62EE">
        <w:t xml:space="preserve"> </w:t>
      </w:r>
      <w:proofErr w:type="spellStart"/>
      <w:r w:rsidRPr="00EA62EE">
        <w:t>Senhor</w:t>
      </w:r>
      <w:proofErr w:type="spellEnd"/>
      <w:r w:rsidRPr="00EA62EE">
        <w:t xml:space="preserve">, </w:t>
      </w:r>
      <w:proofErr w:type="spellStart"/>
      <w:r w:rsidRPr="00EA62EE">
        <w:t>ouvi</w:t>
      </w:r>
      <w:proofErr w:type="spellEnd"/>
      <w:r w:rsidRPr="00EA62EE">
        <w:t xml:space="preserve"> a </w:t>
      </w:r>
      <w:proofErr w:type="spellStart"/>
      <w:r w:rsidRPr="00EA62EE">
        <w:t>nossa</w:t>
      </w:r>
      <w:proofErr w:type="spellEnd"/>
      <w:r w:rsidRPr="00EA62EE">
        <w:t xml:space="preserve"> </w:t>
      </w:r>
      <w:proofErr w:type="spellStart"/>
      <w:r w:rsidRPr="00EA62EE">
        <w:t>oração</w:t>
      </w:r>
      <w:proofErr w:type="spellEnd"/>
      <w:r w:rsidRPr="00EA62EE">
        <w:t>!</w:t>
      </w:r>
    </w:p>
    <w:p w14:paraId="5EF59DD3" w14:textId="77777777" w:rsidR="00EA62EE" w:rsidRPr="00EA62EE" w:rsidRDefault="00EA62EE" w:rsidP="00EA62EE">
      <w:r w:rsidRPr="00EA62EE">
        <w:rPr>
          <w:bCs/>
          <w:lang w:val="pt-PT"/>
        </w:rPr>
        <w:t>Sacerdote:</w:t>
      </w:r>
      <w:r w:rsidRPr="00EA62EE">
        <w:rPr>
          <w:lang w:val="pt-PT"/>
        </w:rPr>
        <w:t xml:space="preserve"> Deus, nosso Pai, </w:t>
      </w:r>
      <w:proofErr w:type="gramStart"/>
      <w:r w:rsidRPr="00EA62EE">
        <w:rPr>
          <w:lang w:val="pt-PT"/>
        </w:rPr>
        <w:t>chamastes</w:t>
      </w:r>
      <w:proofErr w:type="gramEnd"/>
      <w:r w:rsidRPr="00EA62EE">
        <w:rPr>
          <w:lang w:val="pt-PT"/>
        </w:rPr>
        <w:t xml:space="preserve"> a vossa Igreja para ser sinal de unidade e de salvação para todos os povos. Escutai as nossas preces e ajudai-nos a permanecer unidos em Cristo e a ser testemunhas fiéis do Evangelho no mundo. </w:t>
      </w:r>
      <w:proofErr w:type="spellStart"/>
      <w:r w:rsidRPr="00EA62EE">
        <w:t>Por</w:t>
      </w:r>
      <w:proofErr w:type="spellEnd"/>
      <w:r w:rsidRPr="00EA62EE">
        <w:t xml:space="preserve"> Cristo, </w:t>
      </w:r>
      <w:proofErr w:type="spellStart"/>
      <w:r w:rsidRPr="00EA62EE">
        <w:t>nosso</w:t>
      </w:r>
      <w:proofErr w:type="spellEnd"/>
      <w:r w:rsidRPr="00EA62EE">
        <w:t xml:space="preserve"> </w:t>
      </w:r>
      <w:proofErr w:type="spellStart"/>
      <w:r w:rsidRPr="00EA62EE">
        <w:t>Senhor</w:t>
      </w:r>
      <w:proofErr w:type="spellEnd"/>
      <w:r w:rsidRPr="00EA62EE">
        <w:t>.</w:t>
      </w:r>
    </w:p>
    <w:p w14:paraId="0FB48697" w14:textId="77777777" w:rsidR="00EA62EE" w:rsidRPr="00EA62EE" w:rsidRDefault="00EA62EE" w:rsidP="00EA62EE">
      <w:proofErr w:type="spellStart"/>
      <w:r w:rsidRPr="00EA62EE">
        <w:rPr>
          <w:bCs/>
        </w:rPr>
        <w:t>Resposta</w:t>
      </w:r>
      <w:proofErr w:type="spellEnd"/>
      <w:r w:rsidRPr="00EA62EE">
        <w:rPr>
          <w:bCs/>
        </w:rPr>
        <w:t>:</w:t>
      </w:r>
      <w:r w:rsidRPr="00EA62EE">
        <w:t xml:space="preserve"> </w:t>
      </w:r>
      <w:proofErr w:type="spellStart"/>
      <w:r w:rsidRPr="00EA62EE">
        <w:t>Amém</w:t>
      </w:r>
      <w:proofErr w:type="spellEnd"/>
      <w:r w:rsidRPr="00EA62EE">
        <w:t>.</w:t>
      </w:r>
    </w:p>
    <w:p w14:paraId="23B80DFB" w14:textId="6AF62175" w:rsidR="002F7168" w:rsidRPr="00EA62EE" w:rsidRDefault="002F7168" w:rsidP="00EA62EE"/>
    <w:sectPr w:rsidR="002F7168" w:rsidRPr="00EA62EE" w:rsidSect="008F3D8C">
      <w:pgSz w:w="12240" w:h="15840"/>
      <w:pgMar w:top="709" w:right="616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E572698"/>
    <w:multiLevelType w:val="multilevel"/>
    <w:tmpl w:val="B914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40FBC"/>
    <w:rsid w:val="0015074B"/>
    <w:rsid w:val="00227366"/>
    <w:rsid w:val="0029639D"/>
    <w:rsid w:val="002F7168"/>
    <w:rsid w:val="00326F90"/>
    <w:rsid w:val="003C0943"/>
    <w:rsid w:val="00525789"/>
    <w:rsid w:val="008F3D8C"/>
    <w:rsid w:val="00A905F3"/>
    <w:rsid w:val="00AA1D8D"/>
    <w:rsid w:val="00B47730"/>
    <w:rsid w:val="00CB0664"/>
    <w:rsid w:val="00E740AA"/>
    <w:rsid w:val="00EA62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74DC76"/>
  <w14:defaultImageDpi w14:val="300"/>
  <w15:docId w15:val="{B88EF770-6341-4133-8CFA-69A09EEE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6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E87A3C-BA90-47A6-8D5A-94AED2A0F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2047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Simona Leonardi</cp:lastModifiedBy>
  <cp:revision>3</cp:revision>
  <dcterms:created xsi:type="dcterms:W3CDTF">2026-07-07T08:18:00Z</dcterms:created>
  <dcterms:modified xsi:type="dcterms:W3CDTF">2026-07-07T08:19:00Z</dcterms:modified>
  <cp:category/>
</cp:coreProperties>
</file>