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E8080" w14:textId="5219E179" w:rsidR="00A17A0E" w:rsidRDefault="00A17A0E" w:rsidP="00A17A0E">
      <w:pPr>
        <w:jc w:val="center"/>
      </w:pPr>
      <w:r w:rsidRPr="00A17A0E">
        <w:rPr>
          <w:b/>
        </w:rPr>
        <w:t>PRAYER</w:t>
      </w:r>
      <w:r w:rsidR="0091481E">
        <w:rPr>
          <w:b/>
        </w:rPr>
        <w:t xml:space="preserve"> OF THE FAITHFUL</w:t>
      </w:r>
      <w:bookmarkStart w:id="0" w:name="_GoBack"/>
      <w:bookmarkEnd w:id="0"/>
      <w:r w:rsidR="004E2E5E">
        <w:rPr>
          <w:b/>
        </w:rPr>
        <w:t xml:space="preserve"> </w:t>
      </w:r>
      <w:r w:rsidRPr="00A17A0E">
        <w:rPr>
          <w:b/>
        </w:rPr>
        <w:t>FOR THE HOLY MASS</w:t>
      </w:r>
      <w:r w:rsidR="004E2E5E">
        <w:rPr>
          <w:b/>
        </w:rPr>
        <w:t xml:space="preserve"> OF</w:t>
      </w:r>
      <w:r w:rsidR="004E2E5E">
        <w:rPr>
          <w:b/>
        </w:rPr>
        <w:br/>
      </w:r>
      <w:r w:rsidRPr="00A17A0E">
        <w:rPr>
          <w:b/>
        </w:rPr>
        <w:t>WORLD MISSION SUNDAY 2026</w:t>
      </w:r>
      <w:r w:rsidRPr="00A17A0E">
        <w:rPr>
          <w:b/>
        </w:rPr>
        <w:br/>
        <w:t>(18 OCTOBER 2026)</w:t>
      </w:r>
    </w:p>
    <w:p w14:paraId="27EED992" w14:textId="373463B3" w:rsidR="002F7168" w:rsidRDefault="008F3D8C">
      <w:r>
        <w:br/>
        <w:t>Priest: Brothers and sisters, as we celebrate World Mission Sunday and give thanks to God for the mission of the Church in the world, let us pray to the heavenly Father that all Christians may be one in Christ and united in the mission of love and the proclamation of the Gospel.</w:t>
      </w:r>
      <w:r>
        <w:br/>
      </w:r>
      <w:r>
        <w:br/>
        <w:t>Response: Lord, hear our prayer!</w:t>
      </w:r>
      <w:r>
        <w:br/>
      </w:r>
      <w:r>
        <w:br/>
        <w:t>1. Let us pray for the holy Church, that, guided by the Holy Spirit, she may grow ever more in unity and courageously proclaim the Gospel of Christ to all nations.</w:t>
      </w:r>
      <w:r>
        <w:br/>
        <w:t>Response: Lord, hear our prayer!</w:t>
      </w:r>
      <w:r>
        <w:br/>
      </w:r>
      <w:r>
        <w:br/>
        <w:t>2. Let us pray for Pope Leo, for all bishops, priests, religious brothers and sisters, and for all missionaries, that the Lord may strengthen their zeal and grant them the joy of witnessing to God’s love even in the most difficult circumstances.</w:t>
      </w:r>
      <w:r>
        <w:br/>
        <w:t>Response: Lord, hear our prayer!</w:t>
      </w:r>
      <w:r>
        <w:br/>
      </w:r>
      <w:r>
        <w:br/>
        <w:t>3. Let us pray for Christian communities throughout the world, that they may be a sign of reconciliation, fraternity, and peace for humanity, so that the world may believe in Christ.</w:t>
      </w:r>
      <w:r>
        <w:br/>
        <w:t>Response: Lord, hear our prayer!</w:t>
      </w:r>
      <w:r>
        <w:br/>
      </w:r>
      <w:r>
        <w:br/>
        <w:t>4. Let us pray for young people, that the Lord may awaken in their hearts generosity and courage to respond to the missionary calling to serve the Gospel to the ends of the earth.</w:t>
      </w:r>
      <w:r>
        <w:br/>
        <w:t>Response: Lord, hear our prayer!</w:t>
      </w:r>
      <w:r>
        <w:br/>
      </w:r>
      <w:r>
        <w:br/>
        <w:t>5. Let us pray for those who suffer because of war, poverty, persecution, and loneliness, that through the closeness of Christians and works of charity they may experience God’s consolation and hope.</w:t>
      </w:r>
      <w:r>
        <w:br/>
        <w:t>Response: Lord, hear our prayer!</w:t>
      </w:r>
      <w:r>
        <w:br/>
      </w:r>
      <w:r>
        <w:br/>
        <w:t>6. Let us pray for all of us gathered around the Lord’s table, that we may be living witnesses of the Gospel – missionaries in our families, communities, and daily lives.</w:t>
      </w:r>
      <w:r>
        <w:br/>
        <w:t>Response: Lord, hear our prayer!</w:t>
      </w:r>
      <w:r>
        <w:br/>
      </w:r>
      <w:r>
        <w:br/>
        <w:t>Priest: God, our Father, You have called Your Church to be a sign of unity and salvation for all nations. Hear our prayers and help us to remain united in Christ and faithful witnesses of the Gospel in the world. Through Christ our Lord.</w:t>
      </w:r>
      <w:r>
        <w:br/>
        <w:t>Response: Amen.</w:t>
      </w:r>
      <w:r>
        <w:br/>
      </w:r>
      <w:r>
        <w:br/>
      </w:r>
    </w:p>
    <w:sectPr w:rsidR="002F7168" w:rsidSect="008F3D8C">
      <w:pgSz w:w="12240" w:h="15840"/>
      <w:pgMar w:top="709" w:right="616"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27366"/>
    <w:rsid w:val="0029639D"/>
    <w:rsid w:val="002F7168"/>
    <w:rsid w:val="00326F90"/>
    <w:rsid w:val="003C0943"/>
    <w:rsid w:val="004E2E5E"/>
    <w:rsid w:val="008F3D8C"/>
    <w:rsid w:val="0091481E"/>
    <w:rsid w:val="00A17A0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74DC76"/>
  <w14:defaultImageDpi w14:val="300"/>
  <w15:docId w15:val="{B88EF770-6341-4133-8CFA-69A09EEE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673DB-6E1C-415D-942A-75337DE9A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299</Words>
  <Characters>1709</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Simona Leonardi</cp:lastModifiedBy>
  <cp:revision>6</cp:revision>
  <dcterms:created xsi:type="dcterms:W3CDTF">2026-07-07T07:48:00Z</dcterms:created>
  <dcterms:modified xsi:type="dcterms:W3CDTF">2026-07-13T07:05:00Z</dcterms:modified>
  <cp:category/>
</cp:coreProperties>
</file>