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1AF5D" w14:textId="13D93D76" w:rsidR="00140FBC" w:rsidRPr="00730638" w:rsidRDefault="00730638" w:rsidP="00730638">
      <w:pPr>
        <w:jc w:val="center"/>
        <w:rPr>
          <w:lang w:val="es-ES"/>
        </w:rPr>
      </w:pPr>
      <w:r>
        <w:rPr>
          <w:b/>
          <w:bCs/>
          <w:lang w:val="es-ES"/>
        </w:rPr>
        <w:t xml:space="preserve">ORACIÓN </w:t>
      </w:r>
      <w:r w:rsidR="00760972" w:rsidRPr="00760972">
        <w:rPr>
          <w:b/>
          <w:bCs/>
          <w:lang w:val="es-ES"/>
        </w:rPr>
        <w:t>DE LOS FIELES</w:t>
      </w:r>
      <w:r w:rsidR="00760972">
        <w:rPr>
          <w:b/>
          <w:bCs/>
          <w:lang w:val="es-ES"/>
        </w:rPr>
        <w:t xml:space="preserve"> PARA LA SANTA MISA DE LA</w:t>
      </w:r>
      <w:bookmarkStart w:id="0" w:name="_GoBack"/>
      <w:bookmarkEnd w:id="0"/>
      <w:r>
        <w:rPr>
          <w:b/>
          <w:lang w:val="es-ES"/>
        </w:rPr>
        <w:br/>
      </w:r>
      <w:r>
        <w:rPr>
          <w:b/>
          <w:bCs/>
          <w:lang w:val="es-ES"/>
        </w:rPr>
        <w:t>JORNADA MUNDIAL DE LAS MISIONES 2026</w:t>
      </w:r>
      <w:r>
        <w:rPr>
          <w:b/>
          <w:lang w:val="es-ES"/>
        </w:rPr>
        <w:br/>
      </w:r>
      <w:r>
        <w:rPr>
          <w:b/>
          <w:bCs/>
          <w:lang w:val="es-ES"/>
        </w:rPr>
        <w:t>(18 DE OCTUBRE DE 2026)</w:t>
      </w:r>
      <w:r>
        <w:rPr>
          <w:b/>
          <w:lang w:val="es-ES"/>
        </w:rPr>
        <w:br/>
      </w:r>
    </w:p>
    <w:p w14:paraId="08F37651" w14:textId="77777777" w:rsidR="00730638" w:rsidRPr="00730638" w:rsidRDefault="00730638" w:rsidP="00730638">
      <w:pPr>
        <w:rPr>
          <w:lang w:val="es-ES"/>
        </w:rPr>
      </w:pPr>
      <w:r>
        <w:rPr>
          <w:b/>
          <w:bCs/>
          <w:lang w:val="es-ES"/>
        </w:rPr>
        <w:t>Sacerdote:</w:t>
      </w:r>
      <w:r>
        <w:rPr>
          <w:lang w:val="es-ES"/>
        </w:rPr>
        <w:t xml:space="preserve"> Hermanos y hermanas: al celebrar el Domingo Mundial de las Misiones y dar gracias a Dios por la misión de la Iglesia en el mundo, oremos al Padre celestial para que todos los cristianos sean uno en Cristo y estén unidos en la misión del amor y en el anuncio del Evangelio.</w:t>
      </w:r>
    </w:p>
    <w:p w14:paraId="7F0EBFB0" w14:textId="77777777" w:rsidR="00730638" w:rsidRPr="00730638" w:rsidRDefault="00730638" w:rsidP="00730638">
      <w:r>
        <w:rPr>
          <w:b/>
          <w:bCs/>
        </w:rPr>
        <w:t>Respuesta:</w:t>
      </w:r>
      <w:r>
        <w:t xml:space="preserve"> ¡Te rogamos, óyenos!</w:t>
      </w:r>
    </w:p>
    <w:p w14:paraId="73DCC0F7" w14:textId="77777777" w:rsidR="00730638" w:rsidRPr="00730638" w:rsidRDefault="00730638" w:rsidP="00730638">
      <w:pPr>
        <w:numPr>
          <w:ilvl w:val="0"/>
          <w:numId w:val="10"/>
        </w:numPr>
      </w:pPr>
      <w:r>
        <w:rPr>
          <w:lang w:val="es-ES"/>
        </w:rPr>
        <w:t>Oremos por la santa Iglesia, para que, guiada por el Espíritu Santo, crezca cada vez más en la unidad y anuncie con valentía el Evangelio de Cristo a todas las naciones.</w:t>
      </w:r>
      <w:r>
        <w:rPr>
          <w:lang w:val="es-ES"/>
        </w:rPr>
        <w:br/>
      </w:r>
      <w:r>
        <w:rPr>
          <w:b/>
          <w:bCs/>
        </w:rPr>
        <w:t>Respuesta:</w:t>
      </w:r>
      <w:r>
        <w:t xml:space="preserve"> ¡Te rogamos, óyenos!</w:t>
      </w:r>
    </w:p>
    <w:p w14:paraId="76E3B1A6" w14:textId="77777777" w:rsidR="00730638" w:rsidRPr="00730638" w:rsidRDefault="00730638" w:rsidP="00730638">
      <w:pPr>
        <w:numPr>
          <w:ilvl w:val="0"/>
          <w:numId w:val="10"/>
        </w:numPr>
      </w:pPr>
      <w:r>
        <w:rPr>
          <w:lang w:val="es-ES"/>
        </w:rPr>
        <w:t>Oremos por el Papa León XIV, por todos los obispos, sacerdotes, religiosos y religiosas, y por todos los misioneros, para que el Señor fortalezca su celo apostólico y les conceda la alegría de dar testimonio del amor de Dios incluso en las circunstancias más difíciles.</w:t>
      </w:r>
      <w:r>
        <w:rPr>
          <w:lang w:val="es-ES"/>
        </w:rPr>
        <w:br/>
      </w:r>
      <w:r>
        <w:rPr>
          <w:b/>
          <w:bCs/>
        </w:rPr>
        <w:t>Respuesta:</w:t>
      </w:r>
      <w:r>
        <w:t xml:space="preserve"> ¡Te rogamos, óyenos!</w:t>
      </w:r>
    </w:p>
    <w:p w14:paraId="18231921" w14:textId="77777777" w:rsidR="00730638" w:rsidRPr="00730638" w:rsidRDefault="00730638" w:rsidP="00730638">
      <w:pPr>
        <w:numPr>
          <w:ilvl w:val="0"/>
          <w:numId w:val="10"/>
        </w:numPr>
      </w:pPr>
      <w:r>
        <w:rPr>
          <w:lang w:val="es-ES"/>
        </w:rPr>
        <w:t>Oremos por las comunidades cristianas de todo el mundo, para que sean signo de reconciliación, fraternidad y paz para la humanidad, de modo que el mundo crea en Cristo.</w:t>
      </w:r>
      <w:r>
        <w:rPr>
          <w:lang w:val="es-ES"/>
        </w:rPr>
        <w:br/>
      </w:r>
      <w:r>
        <w:rPr>
          <w:b/>
          <w:bCs/>
        </w:rPr>
        <w:t>Respuesta:</w:t>
      </w:r>
      <w:r>
        <w:t xml:space="preserve"> ¡Te rogamos, óyenos!</w:t>
      </w:r>
    </w:p>
    <w:p w14:paraId="1587C927" w14:textId="77777777" w:rsidR="00730638" w:rsidRPr="00730638" w:rsidRDefault="00730638" w:rsidP="00730638">
      <w:pPr>
        <w:numPr>
          <w:ilvl w:val="0"/>
          <w:numId w:val="10"/>
        </w:numPr>
      </w:pPr>
      <w:r>
        <w:rPr>
          <w:lang w:val="es-ES"/>
        </w:rPr>
        <w:t>Oremos por los jóvenes, para que el Señor despierte en sus corazones la generosidad y el valor de responder a la llamada misionera para servir al Evangelio hasta los confines de la tierra.</w:t>
      </w:r>
      <w:r>
        <w:rPr>
          <w:lang w:val="es-ES"/>
        </w:rPr>
        <w:br/>
      </w:r>
      <w:r>
        <w:rPr>
          <w:b/>
          <w:bCs/>
        </w:rPr>
        <w:t>Respuesta:</w:t>
      </w:r>
      <w:r>
        <w:t xml:space="preserve"> ¡Te rogamos, óyenos!</w:t>
      </w:r>
    </w:p>
    <w:p w14:paraId="153C9F8F" w14:textId="77777777" w:rsidR="00730638" w:rsidRPr="00730638" w:rsidRDefault="00730638" w:rsidP="00730638">
      <w:pPr>
        <w:numPr>
          <w:ilvl w:val="0"/>
          <w:numId w:val="10"/>
        </w:numPr>
      </w:pPr>
      <w:r>
        <w:rPr>
          <w:lang w:val="es-ES"/>
        </w:rPr>
        <w:t>Oremos por quienes sufren a causa de la guerra, la pobreza, la persecución y la soledad, para que, mediante la cercanía de los cristianos y las obras de caridad, experimenten el consuelo y la esperanza de Dios.</w:t>
      </w:r>
      <w:r>
        <w:rPr>
          <w:lang w:val="es-ES"/>
        </w:rPr>
        <w:br/>
      </w:r>
      <w:r>
        <w:rPr>
          <w:b/>
          <w:bCs/>
        </w:rPr>
        <w:t>Respuesta:</w:t>
      </w:r>
      <w:r>
        <w:t xml:space="preserve"> ¡Te rogamos, óyenos!</w:t>
      </w:r>
    </w:p>
    <w:p w14:paraId="51C1E1E0" w14:textId="77777777" w:rsidR="00730638" w:rsidRPr="00730638" w:rsidRDefault="00730638" w:rsidP="00730638">
      <w:pPr>
        <w:numPr>
          <w:ilvl w:val="0"/>
          <w:numId w:val="10"/>
        </w:numPr>
      </w:pPr>
      <w:r>
        <w:rPr>
          <w:lang w:val="es-ES"/>
        </w:rPr>
        <w:t>Oremos por todos nosotros, reunidos en torno a la mesa del Señor, para que seamos testigos vivos del Evangelio, misioneros en nuestras familias, en nuestras comunidades y en nuestra vida cotidiana.</w:t>
      </w:r>
      <w:r>
        <w:rPr>
          <w:lang w:val="es-ES"/>
        </w:rPr>
        <w:br/>
      </w:r>
      <w:r>
        <w:rPr>
          <w:b/>
          <w:bCs/>
        </w:rPr>
        <w:t>Respuesta:</w:t>
      </w:r>
      <w:r>
        <w:t xml:space="preserve"> ¡Te rogamos, óyenos!</w:t>
      </w:r>
    </w:p>
    <w:p w14:paraId="16033FAB" w14:textId="77777777" w:rsidR="00730638" w:rsidRPr="00730638" w:rsidRDefault="00730638" w:rsidP="00730638">
      <w:r>
        <w:rPr>
          <w:b/>
          <w:bCs/>
          <w:lang w:val="es-ES"/>
        </w:rPr>
        <w:t>Sacerdote:</w:t>
      </w:r>
      <w:r>
        <w:rPr>
          <w:lang w:val="es-ES"/>
        </w:rPr>
        <w:t xml:space="preserve"> Dios, Padre nuestro, has llamado a tu Iglesia a ser signo de unidad y salvación para todos los pueblos. Escucha nuestras oraciones y ayúdanos a permanecer unidos en Cristo y a ser testigos fieles del Evangelio en el mundo. </w:t>
      </w:r>
      <w:r>
        <w:t>Por Jesucristo, nuestro Señor.</w:t>
      </w:r>
    </w:p>
    <w:p w14:paraId="15AE4F2D" w14:textId="77777777" w:rsidR="00730638" w:rsidRPr="00730638" w:rsidRDefault="00730638" w:rsidP="00730638">
      <w:r>
        <w:rPr>
          <w:b/>
          <w:bCs/>
        </w:rPr>
        <w:t>Respuesta:</w:t>
      </w:r>
      <w:r>
        <w:t xml:space="preserve"> Amén.</w:t>
      </w:r>
    </w:p>
    <w:p w14:paraId="23B80DFB" w14:textId="449450FB" w:rsidR="002F7168" w:rsidRDefault="008F3D8C" w:rsidP="003C0943">
      <w:r>
        <w:rPr>
          <w:lang w:val="it-IT"/>
        </w:rPr>
        <w:br/>
      </w:r>
    </w:p>
    <w:sectPr w:rsidR="002F7168" w:rsidSect="008F3D8C">
      <w:pgSz w:w="12240" w:h="15840"/>
      <w:pgMar w:top="709" w:right="616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9E590B"/>
    <w:multiLevelType w:val="multilevel"/>
    <w:tmpl w:val="9E803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4BD7"/>
    <w:rsid w:val="00140FBC"/>
    <w:rsid w:val="0015074B"/>
    <w:rsid w:val="00227366"/>
    <w:rsid w:val="0029639D"/>
    <w:rsid w:val="002F7168"/>
    <w:rsid w:val="00326F90"/>
    <w:rsid w:val="003C0943"/>
    <w:rsid w:val="00730638"/>
    <w:rsid w:val="00760972"/>
    <w:rsid w:val="008F3D8C"/>
    <w:rsid w:val="00A905F3"/>
    <w:rsid w:val="00AA1D8D"/>
    <w:rsid w:val="00B47730"/>
    <w:rsid w:val="00CB0664"/>
    <w:rsid w:val="00E740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4DC76"/>
  <w14:defaultImageDpi w14:val="300"/>
  <w15:docId w15:val="{B88EF770-6341-4133-8CFA-69A09EEE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3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FDB0B6-E469-49F4-BCBB-C497B9820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2104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Simona Leonardi</cp:lastModifiedBy>
  <cp:revision>4</cp:revision>
  <dcterms:created xsi:type="dcterms:W3CDTF">2026-07-07T08:11:00Z</dcterms:created>
  <dcterms:modified xsi:type="dcterms:W3CDTF">2026-07-13T07:06:00Z</dcterms:modified>
  <cp:category/>
</cp:coreProperties>
</file>